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בעשרת שמות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גוף לפועל ולכינוי חבור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ברורים בלי כינויים מעורפלים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+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דני ויוסי שיחקו, והוא ניצח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הוא שם גוף משותף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כינוי חבור הוא סיומת שנדבקת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את 'אנחנו'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לכתוב 'ראיתי אותו'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בעברית התקנית בוחרים 'הם'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גוף לכינוי חבור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(־ִי (שלי))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(־וֹ (שלו))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(־הּ (שלה))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(־נוּ (שלנו))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(־כֶם (שלכם))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בוחרים כינוי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 את מין ומספר השם שרוצים להחליף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את שם הגוף המתאים (הוא, היא, הם או 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התאימו את הפועל לשם הגוף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שהמשפט ברור וכל קורא יבין למי הכוונה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תיקון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ואחותי שיחקנו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הן הלכו לגינה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 הלכו לגינה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אני ואחותי שיחקנו בכדור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מהלוח ולבקש מהתלמידים למצוא שמות גוף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במיוחד לטעות הנפוצה של 'אני ו...' שהופך ל'אנחנו'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המתקדם אפשר להוסיף חיפוש כינויים חבורים בספר קריאה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במקום לכתוב שם של ילד או ילדה כל הזמן, אפשר להשתמש במילה קצרה כמו הוא, היא, הם. בדף הזה נלמד להשתמש במילים האלה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שבאה במקום שם, כמו הוא, היא,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-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אליו - 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שמדברים עליו -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חבור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קטנה שנדבקת למילה, כמו סִפְרִי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ל, ב, את, עם שמקבלת סיומת 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מעורפל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שלא ברור למי הוא מתכוון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לקבוצת בנות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אני ועוד מישהו = 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יש בה סיומת מודבקת?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שתי מילים בנויה המילה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 +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משפט אי אפשר לדעת למי הכוונה?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ויוסי שיחקו, והוא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ניצח את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אמר שהוא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הילדים שיחקו והם ניצחו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'אני' משמש גם לבנים וגם לבנות.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חבור הוא מילה נפרדת שבאה אחרי השם.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'אנחנו' הוא שם גוף ראשון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'ראיתי את הוא'.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מעורבת של בנים ובנות נקראת בעברית התקנית 'הן'.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ואמא __________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הבנות אמרו ש__________ עייפות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נתתי __________ מתנה (לקבוצת בנים)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ראיתי את דני, __________ רץ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 הלך אחרי__________ (של הילדה)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גוף לכינוי חבור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־כֶם (שלכם)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־נוּ (שלנו)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־ִי (שלי)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־הּ (שלה)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־וֹ (שלו)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בוחרים כינוי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התאימו את הפועל לשם הגוף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מין ומספר השם שרוצים להחליף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שהמשפט ברור וכל קורא יבין למי הכוונה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שם הגוף המתאים (הוא, היא, הם או הן)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תיקון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תקנו את המשפט: 'אני ואחותי שיחקו בכדור'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החליפו בשם גוף: 'שירה ונגה הלכו לגינה.'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החליפו בשם גוף: 'שירה ונגה הלכו לגינה.'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'אני ואחותי שיחקו בכדור.'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'חברתה'?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