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בעשרת שמות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גוף לפועל ולכינוי חבור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ברורים בלי כינויים מעורפלים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הוא שם גוף משותף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כינוי חבור הוא סיומת שנדבקת למילה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גוף לכינוי חבור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(־ִי (שלי))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(־וֹ (שלו))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(־הּ (שלה))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(־נוּ (שלנו))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בוחרים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 את מין ומספר השם שרוצים להחליף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את שם הגוף המתאים (הוא, היא, הם או 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התאימו את הפועל לשם הגוף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שהמשפט ברור וכל קורא יבין למי הכוונה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תיקון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ואחותי שיחקנו בכדור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 הלכו לגינה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אני ואחותי שיחקנו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מהלוח ולבקש מהתלמידים למצוא שמות גוף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במיוחד לטעות הנפוצה של 'אני ו...' שהופך ל'אנחנו'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המתקדם אפשר להוסיף חיפוש כינויים חבורים בספר קריאה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שמות הגוף וכינויי הגוף עוזרים לנו לא לחזור שוב ושוב על אותו שם. בדף הזה נתרגל איך לבחור את שם הגוף הנכון ואיך להדביק אותו למילים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אפינו  ·  הן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שם גוף מתאים לקבוצת בנות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אני ואחי שיחקנו בחצר. באיזה שם גוף נחליף את 'אני ואחי'?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אנחנו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'אני' משמש גם לבנים וגם לבנות.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חבור הוא מילה נפרדת שבאה אחרי השם.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ואמא __________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הבנות אמרו ש__________ עייפות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גוף לכינוי חבור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־הּ (שלה)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־ִי (שלי)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־נוּ (שלנו)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־וֹ (שלו)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איך בוחרים כינוי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התאימו את הפועל לשם הגוף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 את מין ומספר השם שרוצים להחליף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שהמשפט ברור וכל קורא יבין למי הכוונה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את שם הגוף המתאים (הוא, היא, הם או הן)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תקנו את המשפט: 'אני ואחותי שיחקו בכדור'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החליפו בשם גוף: 'שירה ונגה הלכו לגינה.'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תקנו: 'אני ואחותי שיחקו בכדור.'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